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ט״ו בשבט כראש השנה לאילנות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מוחשי ובלתי מוחשי בחג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המורשת עוברת מדור לדור ומשתנה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בצפת, בקרב חכמי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לא היו פירות טריים מהארץ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לנטוע עץ שייתן צל בעוד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תאריך לספירת שנות העצים לעניין הפירות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בחודש שבט,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השקדייה פורחת דווקא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נקרא החג בחלק מהקהילות הספרדיות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משפחות שמקפידות על ארבע כוסות ויש שעורכות סדר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(יצרו את סדר ט״ו בשבט לפני כ־400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(קראו לחג חג הפירות ולמאכלים פרוטאס)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(אכלו פירות יבשים כמו חרובים בחורף הקר)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(הכינו שולחן עשיר בפירות ואגוזים)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(חג הנטיעות ושמירה על הסביבה)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שתיל, שולחן הסדר. בלתי מוחשי: ברכות, ערך שמירה על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לשניהם יש שורשים ושניהם צומחים ונותנים פירות/תרומה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בגולה אכלו פירות יבשים, ובימינו מוסיפים נטיעות ושמירה על הסביבה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סוג עץ וסיבה הקשורה לערכי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נטיעה-נט״ע (נטע), שתיל-שת״ל (שתילה), פריחה-פר״ח (פרח), שמירה-שמ״ר (שומר), צמיחה-צמ״ח (צומח)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לספירת שנות העצים לעניין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שתיל/פרי, בלתי מוחשי: ברכה/ערך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בגולה אכלו פירות יבשים, היום מוסיפים נטיעות וסדר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פירות שכל ילד אוהב ולקשר לשבעת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עץ המורשת הכיתתי כהמחשה לנושא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להסתפק בחלקי mc, fill והציור המוצע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ט״ו בשבט הוא חג של עצים. אוכלים פירות ונוטעים עצים. זה חג ישן שממשיך גם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צעיר שנוטעים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שבעה פירות ודגנים של 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פירות יבשים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 תאנים, תמרים וחרובים ששומרים לזמן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ט״ו בשבט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אכילת פירות עם ברכות וקריאה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שאומרים לפני אכילת 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 הנטיעה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מסורת של נטיעת עצים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שרואים ונוגעים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רעיון, ערך או מנהג שלא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שמחתנו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פרי לא שייך לשבעת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נוצר הסדר של 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בצפת, בקרב חכמי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אכלו חרובים במזרח 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אהבו פירות טריים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לא היו פירות טריים מהארץ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היה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כתוב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מתאים לערך של דאגה לעתיד?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לקטוף פרחים בשמורה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רק פרי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לנטוע עץ שייתן צל בעוד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בשביל מה שימש התאריך במקור?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לציון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לספירת שנות העצים לעניין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צום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 חל באמצע החורף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השקד פורח בקיץ ולא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קראו לחג גם חג הפירות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המשפחות עורכים את סדר ט״ו בשבט באותו האופן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צעיר שנוטעים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החיטה, השעורה, הגפן, התאנה, הרימון, הזית והתמר נקראים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פירות כמו תאנים ותמרים ששמרו אותם לזמן רב נקראים פירות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אכילת פירות עם ברכות וקריאה נקראת __________ ט״ו בשבט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שפורח בחורף ונחשב לסמל החג בישראל הוא עץ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הערך של דאגה לטבע ולעצים גם בשביל העתיד נקרא שמירה על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מקובלי צפת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קראו לחג חג הפירות ולמאכלים פרוטאס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קהילות ספרדיות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יצרו את סדר ט״ו בשבט לפני כ־400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הנטיעות ושמירה על הסביבה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קהילות כורדיות ופרסיות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אכלו פירות יבשים כמו חרובים בחורף הקר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ישראל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הכינו שולחן עשיר בפירות ואגוזים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מוחשי ומה בלתי מוחשי בט״ו בשבט?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אדם דומה לעץ? כתבו שתי השוואות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החג השתנה מדור לדור? תנו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עץ שהייתם רוצים לנטוע בשביל ילדי העתיד,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של המילים: נטיעה, שתיל, פריחה, שמירה, צמיחה וכתבו מילה נוספת מאותו שורש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הכינוי ראש השנה לאילנות?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למוחשי ואחת לבלתי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מנהג אחד בחג השתנה או התרחב עם הדורות?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באדמה, פירות על השולחן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