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ט״ו בשבט כראש השנה לאילנות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מוחשי ובלתי מוחשי בחג ואת 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המורשת עוברת מדור לדור ומשתנה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ראש השנה לאילנות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בצפת, בקרב חכמי הקבלה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לא היו פירות טריים מהארץ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לנטוע עץ שייתן צל בעוד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תאריך לספירת שנות העצים לעניין הפירות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החג חל בחודש שבט,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השקדייה פורחת דווקא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נקרא החג בחלק מהקהילות הספרדיות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משפחות שמקפידות על ארבע כוסות ויש שעורכות סדר ירוק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יבשים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קהילה למנהג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(יצרו את סדר ט״ו בשבט לפני כ־400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(קראו לחג חג הפירות ולמאכלים פרוטאס)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(אכלו פירות יבשים כמו חרובים בחורף הקר)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(הכינו שולחן עשיר בפירות ואגוזים)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(חג הנטיעות ושמירה על הסביבה)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שתיל, שולחן הסדר. בלתי מוחשי: ברכות, ערך שמירה על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לשניהם יש שורשים ושניהם צומחים ונותנים פירות/תרומה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בגולה אכלו פירות יבשים, ובימינו מוסיפים נטיעות ושמירה על הסביבה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סוג עץ וסיבה הקשורה לערכי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נטיעה-נט״ע (נטע), שתיל-שת״ל (שתילה), פריחה-פר״ח (פרח), שמירה-שמ״ר (שומר), צמיחה-צמ״ח (צומח)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תתייחס לספירת שנות העצים לעניין הפירות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מוחשי: שתיל/פרי, בלתי מוחשי: ברכה/ערך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בגולה אכלו פירות יבשים, היום מוסיפים נטיעות וסדר ירוק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קצרה על פירות שכל ילד אוהב ולקשר לשבעת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פעילות עץ המורשת הכיתתי כהמחשה לנושא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החנ״מ אפשר להסתפק בחלקי mc, fill והציור המוצע בדף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ט״ו בשבט – שורשים באדמה, פירות על השולחן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ט״ו בשבט נקרא ראש השנה לאילנות. במקור ספרו בו את שנות העצים, ולאורך הדורות הוא הפך לחג של אהבת הטבע, הפירות והנטיעות.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כינוי ניתן לט״ו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 לאילנות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שמחתנו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מהבאים אינו משבעת המינים?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תאנה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איפה, לפי המסורת, נוצר סדר 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בצפת, בקרב חכמי הקבלה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במזרח אירופה אכלו פירות יבשים כמו חרובים?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אהבו פירות טריים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לא היו פירות טריים מהארץ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היה זול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כך כתוב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פעולה מתאימה לערך אחריות לדורות הבאים?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לקטוף פרחים בשמורה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לזרוק אשפה בפארק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רק פרי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לנטוע עץ שייתן צל בעוד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המקור ההיסטורי של ט״ו בשבט?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לציון 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תאריך לספירת שנות העצים לעניין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קציר תבואה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צום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ט״ו בשבט חל באמצע החורף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עץ השקד פורח בקיץ ולא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ספרדיות קראו לחג גם חג הפירות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המשפחות עורכים את סדר ט״ו בשבט באותו האופן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עץ צעיר שנוטעים באדמה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החיטה, השעורה, הגפן, התאנה, הרימון, הזית והתמר נקראים __________ המינים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פירות כמו תאנים ותמרים ששמרו אותם לזמן רב נקראים פירות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אכילת פירות עם ברכות וקריאה נקראת __________ ט״ו בשבט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שפורח בחורף ונחשב לסמל החג בישראל הוא עץ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הערך של דאגה לטבע ולעצים גם בשביל העתיד נקרא שמירה על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קהילה למנהג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מקובלי צפת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קראו לחג חג הפירות ולמאכלים פרוטאס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קהילות ספרדיות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אכלו פירות יבשים כמו חרובים בחורף הקר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חג הנטיעות ושמירה על הסביבה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קהילות כורדיות ופרסיות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הכינו שולחן עשיר בפירות ואגוזים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ישראל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יצרו את סדר ט״ו בשבט לפני כ־400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מוחשי ומה בלתי מוחשי בט״ו בשבט? תנו שתי דוגמאות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אדם דומה לעץ? כתבו שתי השוואות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החג השתנה מדור לדור? תנו שתי דוגמאות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על עץ שהייתם רוצים לנטוע בשביל ילדי העתיד,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של המילים: נטיעה, שתיל, פריחה, שמירה, צמיחה וכתבו מילה נוספת מאותו שורש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הכינוי ראש השנה לאילנות?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למוחשי ואחת לבלתי מוחשי בחג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מנהג אחד בחג השתנה או התרחב עם הדורות?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ט״ו בשבט – שורשים באדמה, פירות על השולחן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